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ציר הזמן של מנחם בגין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השלבים החשובים בחיי מנחם בגין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לסדר אירועים לפי סדר הזמן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סדרו את האירועים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מנחם בגין נולד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מנחם בגין הגיע לארץ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מנחם בגין נהיה ראש הממשלה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מנחם בגין עשה שלום עם מצרים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קודם נולדים ואחר כך מגיעים לארץ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קודם הוא נהיה ראש ממשלה ואז עשה 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כדי להיות ראש ממשלה צריך קודם להיות בארץ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זה היה האירוע הראשון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נולד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 – עשה שלום עם מצרים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ראש ממשלה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הגיע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נולד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התאימו אירוע לתמונה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(תחילת החיים)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(עלייה לישראל)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(תפקיד מנהיגות)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(הסכם עם מדינה שכנה)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כתבו בקצרה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הוא נולד, הגיע לארץ ישראל, נהיה ראש ממשלה ועשה שלום עם מצרים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נולד קודם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ראש הממשלה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בתמונות או סמלים (אימוג׳י) כדי לעזור לתלמידים לזכור כל אירוע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לחזור על הסדר כמה פעמים בעל פה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בפעילויות המסומנות כקלות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ציר הזמן של מנחם בגין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ארבעה אירועים חשובים בחיים של מנחם בגין, ונסדר אותם מהמוקדם למאוחר.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סדרו את האירועים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מנחם בגין עשה שלום עם מצרים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מנחם בגין נהיה ראש הממשלה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מנחם בגין הגיע לארץ ישראל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מנחם בגין נולד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מנחם בגין נולד לפני שהגיע לארץ 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מנחם בגין עשה שלום עם מצרים לפני שנהיה ראש הממשלה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מנחם בגין נהיה ראש הממשלה אחרי שהגיע לארץ 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האירוע האחרון בציר הזמן הוא שמנחם בגין נולד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קרה ראשון בחיים של מנחם בגין?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עשה שלום עם 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נהיה ראש ממשלה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הגיע לארץ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קרה אחרון בחיים של מנחם בגין מבין האירועים שלמדנו?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נולד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הגיע לארץ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נהיה ראש ממשלה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עשה שלום עם 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עם איזו מדינה עשה מנחם בגין שלום?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לבנון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התפקיד שמנחם בגין קיבל במדינת 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שר חינוך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ראש ממשלה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נשיא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ראש עיר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מנחם בגין __________ לארץ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מנחם בגין עשה __________ עם מצרים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מנחם בגין נהיה __________ הממשלה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מנחם בגין __________ ואחר כך גדל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התאימו אירוע לתמונה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🍼 נולד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הסכם עם מדינה שכנה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🧭 הגיע לארץ ישראל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תפקיד מנהיגות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🗳️ נהיה ראש הממשלה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תחילת החיים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📜 עשה שלום עם מצרים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עלייה לישראל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כתבו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ספרו באיזה סדר קרו הדברים בחיים של מנחם בגין - משפט אחד או שניים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קרה קודם - מנחם בגין נולד או הגיע לארץ ישראל?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עם איזו מדינה עשה מנחם בגין שלום?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היה התפקיד של מנחם בגין במדינה?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ציר הזמן של מנחם בגין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